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תחנות המסע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רעיון חג הסיגד כמסע של חידוש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המסע האישי ואת אוצר המילים הקשור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את תחנות המסע לכתיבה אישית ורגישה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שבו התחיל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ערכים, כישרונות וזיכרונות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חידוש ברית עם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 קשה היה בדרך ומי 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במפורש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תחנה 5 עוסקת בחלום ובעתיד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בתחנה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בדף נכתב שהכתיבה נשמרת רק במכשיר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מדובר בתרמיל סמלי של ערכים וזיכרונות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חידוש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התחיל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שבו התחיל המסע)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(געגוע)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(תרמיל של ערכים)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(קושי ועזרה)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(חלום לעתיד)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(חידוש 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מאיפה התחיל המסע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 מה אני מתגעגע/ת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 יש בתרמיל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 היה קשה בדרך ומי 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לאן אני רוצה להגיע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חידוש ברית עם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חיבור לתחנה, שימוש בפתיח מתאים ושפה 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התחייבות אישי חיובי וריאלי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הבטחה מחודשת לעצמי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ערכים, כישרונות וזיכרונות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תחנות המסע בקול לפני התרגול כדי לחבר לרעיון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אישי ושקט לכתיבת המשימות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בשיתוף רשות של משפט חידוש הברית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תחנות המסע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תחנות המסע האישי שמככבות בדף 'המסע שלי', בהשראת סיפורה של אלמז וחג הסיגד.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במסע האישי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תחנה מספר 1 עוסקת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חלום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שבו התחיל המסע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קושי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חידוש 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נמצא בתרמיל לפי תחנה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ובגדים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כסף ומתנות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ערכים, כישרונות וזיכרונות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ספרים וצעצועים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תחנה 6 נקראת...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החלום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חידוש ברית עם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הקושי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הגעגוע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שואלת תחנה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קשה היה בדרך ומי עזר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 אני רוצה להגיע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מאיפה התחלתי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מה אני מתגעגע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2 עוסקת בגעגוע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5 עוסקת בעבר ובמשפחה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חידוש ברית הוא הבטחה שאדם נותן לעצמו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הכתיבה בדף נשמרת תמיד ברשת ולא נמחקת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התרמיל בתחנה 3 הוא תרמיל אמיתי לבגדים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בתרמיל שלי יש ערכים, כישרונות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תחנה 5 שואלת לאן אני רוצה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תחנה 6 עוסקת ב__________ ברית עם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תחנה 4 שואלת מה היה קשה בדרך ומי __________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תחנה 1 שואלת מאיפה __________ המסע שלי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תרמיל של ערכים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תחנה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התחיל המסע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תחנה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קושי ועזרה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חלום לעתיד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תחנה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חידוש 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תחנה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געגוע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לאן אני רוצה להגיע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חידוש ברית עם עצמי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מאיפה התחיל המסע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מה אני מתגעגע/ת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יש בתרמיל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היה קשה בדרך ומי עזר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מתחנות המסע וכתבו עליה פסקה קצרה בהשראת הסיפור של אלמז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חידוש ברית אישי לעצמכם, בהשראת תחנה 6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חידוש 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תחנות יש במסע האישי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יש בתרמיל שלי לפי תחנה 3?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הסיגד – תחנות המסע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