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תחנות המסע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רעיון חג הסיגד כמסע של 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המסע האישי ואת אוצר המילים הקשור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תחנות המסע לכתיבה אישית ורגישה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שבו התחיל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ערכים, כישרונות וזיכרונות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חידוש ברית עם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 קשה היה בדרך ומי 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תחנה 5 עוסקת בחלום ובעתיד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בתחנה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בדף נכתב שהכתיבה נשמרת רק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מדובר בתרמיל סמלי של ערכים וזיכרונות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חידוש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(מקום שבו התחיל המסע)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(געגוע)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(תרמיל של ערכים)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(קושי ועזרה)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(חלום לעתיד)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(חידוש 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מאיפה התחיל המסע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 מה אני מתגעגע/ת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 יש בתרמיל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 היה קשה בדרך ומי 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לאן אני רוצה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חידוש ברית עם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חיבור לתחנה, שימוש בפתיח מתאים ושפה 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התחייבות אישי חיובי וריאלי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הבטחה מחודשת לעצמי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ערכים, כישרונות וזיכרונות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תחנות המסע בקול לפני התרגול כדי לחבר לרעיון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אישי ושקט לכתיבת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בשיתוף רשות של משפט חידוש הברית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תחנות המסע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תחנות של מסע אישי, כמו הסיפור של אלמז בחג הסיגד.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ממקום למקום, כולל רגשות וחוויות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עצירה בדרך, שבה עוצרים וחושבים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חזק לראות או לחזור למשהו יקר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תרמיל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שנושאים בדרך, כאן – סמל לערכים וזיכרונות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חידוש 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מחודשת לעצמי או לקהילה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חשוב שמנחה את ההתנהגות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כישרון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טבעית או נרכשת שיש לאדם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תחנה 1 מדברת?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חלום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שבו התחיל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קושי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חידוש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בתרמיל?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ובגדים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ומתנות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ערכים, כישרונות וזיכרונות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 וצעצועים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לתחנה האחרונה?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החלום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חידוש ברית עם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הקושי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הגעגוע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השאלה בתחנה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קשה היה בדרך ומי עזר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 אני רוצה להגיע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מאיפה התחלתי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מה אני מתגעגע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2 עוסקת בגעגוע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5 עוסקת בעבר ובמשפחה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חידוש ברית הוא הבטחה שאדם נותן לעצמו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הכתיבה בדף נשמרת תמיד ברשת ולא נמחקת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התרמיל בתחנה 3 הוא תרמיל אמיתי לבגדים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בתרמיל שלי יש ערכים, כישרונות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תחנה 5 שואלת לאן אני רוצה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תחנה 6 עוסקת ב__________ ברית עם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תחנה 4 שואלת מה היה קשה בדרך ומי __________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תחנה 1 שואלת מאיפה __________ המסע 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תרמיל של ערכים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חלום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קושי ועזרה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געגוע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חידוש 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תחנה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מקום שבו התחיל המסע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לאן אני רוצה להגיע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מאיפה התחיל המסע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מה אני מתגעגע/ת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חידוש ברית עם עצמי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היה קשה בדרך ומי עזר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יש בתרמיל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מתחנות המסע וכתבו עליה פסקה קצרה בהשראת הסיפור של אלמז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חידוש ברית אישי לעצמכם, בהשראת תחנה 6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חידוש 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במסע האישי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 בתרמיל שלי לפי תחנה 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תחנות המסע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